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2D7C5" w14:textId="3D29FD4E" w:rsidR="00A16601" w:rsidRPr="00C817C8" w:rsidRDefault="00A16601" w:rsidP="00A16601">
      <w:pPr>
        <w:pStyle w:val="Ttulo"/>
        <w:pBdr>
          <w:bottom w:val="single" w:sz="8" w:space="0" w:color="4F81BD" w:themeColor="accent1"/>
        </w:pBdr>
        <w:ind w:left="-851"/>
        <w:jc w:val="center"/>
        <w:rPr>
          <w:color w:val="FFFFFF" w:themeColor="background1"/>
          <w:sz w:val="40"/>
          <w:szCs w:val="40"/>
        </w:rPr>
      </w:pPr>
      <w:r w:rsidRPr="00C817C8">
        <w:rPr>
          <w:noProof/>
          <w:color w:val="FFFFFF" w:themeColor="background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0EE778DF" wp14:editId="0E0C16AF">
                <wp:simplePos x="0" y="0"/>
                <wp:positionH relativeFrom="column">
                  <wp:posOffset>-1035685</wp:posOffset>
                </wp:positionH>
                <wp:positionV relativeFrom="paragraph">
                  <wp:posOffset>-161290</wp:posOffset>
                </wp:positionV>
                <wp:extent cx="8572500" cy="523875"/>
                <wp:effectExtent l="57150" t="19050" r="76200" b="104775"/>
                <wp:wrapNone/>
                <wp:docPr id="896471131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0" cy="523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F8B0C4" id="Rectángulo 4" o:spid="_x0000_s1026" style="position:absolute;margin-left:-81.55pt;margin-top:-12.7pt;width:675pt;height:41.2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" fillcolor="#0070c0" strokecolor="#4579b8 [3044]">
                <v:shadow on="t" color="black" opacity="22937f" origin=",.5" offset="0,.63889mm"/>
              </v:rect>
            </w:pict>
          </mc:Fallback>
        </mc:AlternateContent>
      </w:r>
      <w:r w:rsidR="00C817C8" w:rsidRPr="00C817C8">
        <w:rPr>
          <w:color w:val="FFFFFF" w:themeColor="background1"/>
          <w:sz w:val="40"/>
          <w:szCs w:val="40"/>
        </w:rPr>
        <w:t>Open House SIGN IN SHEET</w:t>
      </w:r>
    </w:p>
    <w:tbl>
      <w:tblPr>
        <w:tblStyle w:val="Tablaconcuadrcula"/>
        <w:tblW w:w="10345" w:type="dxa"/>
        <w:tblLook w:val="04A0" w:firstRow="1" w:lastRow="0" w:firstColumn="1" w:lastColumn="0" w:noHBand="0" w:noVBand="1"/>
      </w:tblPr>
      <w:tblGrid>
        <w:gridCol w:w="5778"/>
        <w:gridCol w:w="4567"/>
      </w:tblGrid>
      <w:tr w:rsidR="00466186" w14:paraId="6A6EAAED" w14:textId="77777777" w:rsidTr="004469F6">
        <w:trPr>
          <w:trHeight w:val="300"/>
        </w:trPr>
        <w:tc>
          <w:tcPr>
            <w:tcW w:w="5778" w:type="dxa"/>
            <w:tcBorders>
              <w:right w:val="nil"/>
            </w:tcBorders>
          </w:tcPr>
          <w:p w14:paraId="6987BFF4" w14:textId="77777777" w:rsidR="00466186" w:rsidRDefault="00C817C8">
            <w:r>
              <w:t>N</w:t>
            </w:r>
            <w:r>
              <w:t>ame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17DBE862" w14:textId="249DF473" w:rsidR="00466186" w:rsidRPr="00E15D6F" w:rsidRDefault="004054D6">
            <w:pPr>
              <w:rPr>
                <w:b/>
                <w:bCs/>
              </w:rPr>
            </w:pPr>
            <w:r w:rsidRPr="00E15D6F">
              <w:rPr>
                <w:b/>
                <w:bCs/>
              </w:rPr>
              <w:t>Real Estate Needs</w:t>
            </w:r>
            <w:r w:rsidRPr="00E15D6F">
              <w:rPr>
                <w:b/>
                <w:bCs/>
              </w:rPr>
              <w:t xml:space="preserve">: </w:t>
            </w:r>
          </w:p>
        </w:tc>
      </w:tr>
      <w:tr w:rsidR="00466186" w14:paraId="4AE19296" w14:textId="77777777" w:rsidTr="004469F6">
        <w:trPr>
          <w:trHeight w:val="300"/>
        </w:trPr>
        <w:tc>
          <w:tcPr>
            <w:tcW w:w="5778" w:type="dxa"/>
            <w:tcBorders>
              <w:right w:val="nil"/>
            </w:tcBorders>
          </w:tcPr>
          <w:p w14:paraId="32A03032" w14:textId="77777777" w:rsidR="00466186" w:rsidRDefault="00C817C8">
            <w:r>
              <w:t>Email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4665CFCC" w14:textId="6120FA56" w:rsidR="00466186" w:rsidRDefault="004469F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39D50070" wp14:editId="66AEAD25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29845</wp:posOffset>
                      </wp:positionV>
                      <wp:extent cx="152400" cy="123825"/>
                      <wp:effectExtent l="57150" t="19050" r="76200" b="104775"/>
                      <wp:wrapNone/>
                      <wp:docPr id="25083101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CB15E2" id="Rectángulo 2" o:spid="_x0000_s1026" style="position:absolute;margin-left:65.65pt;margin-top:2.35pt;width:12pt;height:9.7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4054D6">
              <w:t>Just looking</w:t>
            </w:r>
            <w:r w:rsidR="004054D6">
              <w:t xml:space="preserve"> </w:t>
            </w:r>
            <w:r w:rsidR="00E15D6F">
              <w:t xml:space="preserve"> </w:t>
            </w:r>
          </w:p>
        </w:tc>
      </w:tr>
      <w:tr w:rsidR="00466186" w14:paraId="56DC7CE4" w14:textId="77777777" w:rsidTr="004469F6">
        <w:trPr>
          <w:trHeight w:val="300"/>
        </w:trPr>
        <w:tc>
          <w:tcPr>
            <w:tcW w:w="5778" w:type="dxa"/>
            <w:tcBorders>
              <w:bottom w:val="single" w:sz="4" w:space="0" w:color="auto"/>
              <w:right w:val="nil"/>
            </w:tcBorders>
          </w:tcPr>
          <w:p w14:paraId="4AC1574A" w14:textId="77777777" w:rsidR="00466186" w:rsidRDefault="00C817C8">
            <w:r>
              <w:t>Phone Number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763E80B4" w14:textId="5D94C2ED" w:rsidR="00466186" w:rsidRDefault="004469F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0709A2AF" wp14:editId="3DAC79A9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33020</wp:posOffset>
                      </wp:positionV>
                      <wp:extent cx="152400" cy="123825"/>
                      <wp:effectExtent l="57150" t="19050" r="76200" b="104775"/>
                      <wp:wrapNone/>
                      <wp:docPr id="1750633164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9D8E98" id="Rectángulo 2" o:spid="_x0000_s1026" style="position:absolute;margin-left:83.65pt;margin-top:2.6pt;width:12pt;height:9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4054D6">
              <w:t>Need to buy now</w:t>
            </w:r>
            <w:r w:rsidR="004054D6">
              <w:t xml:space="preserve"> </w:t>
            </w:r>
          </w:p>
        </w:tc>
      </w:tr>
      <w:tr w:rsidR="00466186" w14:paraId="1F268E62" w14:textId="77777777" w:rsidTr="004469F6">
        <w:trPr>
          <w:trHeight w:val="317"/>
        </w:trPr>
        <w:tc>
          <w:tcPr>
            <w:tcW w:w="5778" w:type="dxa"/>
            <w:tcBorders>
              <w:bottom w:val="single" w:sz="4" w:space="0" w:color="auto"/>
              <w:right w:val="nil"/>
            </w:tcBorders>
          </w:tcPr>
          <w:p w14:paraId="63B00846" w14:textId="5F65E78E" w:rsidR="00466186" w:rsidRDefault="00C817C8">
            <w:r>
              <w:t>Are you working with a realtor?</w:t>
            </w:r>
            <w:r w:rsidR="004054D6">
              <w:t xml:space="preserve">  </w:t>
            </w:r>
            <w:r w:rsidR="004469F6">
              <w:t xml:space="preserve">          </w:t>
            </w:r>
            <w:r w:rsidR="004054D6" w:rsidRPr="004054D6">
              <w:rPr>
                <w:bdr w:val="single" w:sz="4" w:space="0" w:color="auto"/>
              </w:rPr>
              <w:t>Yes | No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733A5046" w14:textId="608D83B1" w:rsidR="00466186" w:rsidRDefault="004469F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C6D7D71" wp14:editId="1510C63D">
                      <wp:simplePos x="0" y="0"/>
                      <wp:positionH relativeFrom="column">
                        <wp:posOffset>1557655</wp:posOffset>
                      </wp:positionH>
                      <wp:positionV relativeFrom="paragraph">
                        <wp:posOffset>36195</wp:posOffset>
                      </wp:positionV>
                      <wp:extent cx="152400" cy="123825"/>
                      <wp:effectExtent l="57150" t="19050" r="76200" b="104775"/>
                      <wp:wrapNone/>
                      <wp:docPr id="2049220594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56C681" id="Rectángulo 2" o:spid="_x0000_s1026" style="position:absolute;margin-left:122.65pt;margin-top:2.85pt;width:12pt;height: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4054D6" w:rsidRPr="004054D6">
              <w:t>Plan to buy within a year</w:t>
            </w:r>
            <w:r w:rsidR="004054D6">
              <w:t xml:space="preserve"> </w:t>
            </w:r>
          </w:p>
        </w:tc>
      </w:tr>
      <w:tr w:rsidR="00466186" w14:paraId="745C1BAE" w14:textId="77777777" w:rsidTr="004469F6">
        <w:trPr>
          <w:trHeight w:val="282"/>
        </w:trPr>
        <w:tc>
          <w:tcPr>
            <w:tcW w:w="5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EDBBC9" w14:textId="77777777" w:rsidR="00466186" w:rsidRDefault="008F46EF">
            <w:pPr>
              <w:rPr>
                <w:b/>
                <w:bCs/>
              </w:rPr>
            </w:pPr>
            <w:r w:rsidRPr="008F46EF">
              <w:rPr>
                <w:b/>
                <w:bCs/>
              </w:rPr>
              <w:t>Additional comments:</w:t>
            </w:r>
            <w:r>
              <w:rPr>
                <w:b/>
                <w:bCs/>
              </w:rPr>
              <w:t xml:space="preserve"> _______________________________________</w:t>
            </w:r>
          </w:p>
          <w:p w14:paraId="2531104F" w14:textId="5F89DA67" w:rsidR="008F46EF" w:rsidRPr="008F46EF" w:rsidRDefault="008F46EF">
            <w:pPr>
              <w:rPr>
                <w:b/>
                <w:bCs/>
              </w:rPr>
            </w:pP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664B5DD8" w14:textId="04888506" w:rsidR="00466186" w:rsidRDefault="004469F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9EE09A8" wp14:editId="71D97DAE">
                      <wp:simplePos x="0" y="0"/>
                      <wp:positionH relativeFrom="column">
                        <wp:posOffset>1500505</wp:posOffset>
                      </wp:positionH>
                      <wp:positionV relativeFrom="paragraph">
                        <wp:posOffset>28575</wp:posOffset>
                      </wp:positionV>
                      <wp:extent cx="152400" cy="123825"/>
                      <wp:effectExtent l="57150" t="19050" r="76200" b="104775"/>
                      <wp:wrapNone/>
                      <wp:docPr id="89031312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073085" id="Rectángulo 2" o:spid="_x0000_s1026" style="position:absolute;margin-left:118.15pt;margin-top:2.25pt;width:12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C817C8">
              <w:t>Mortgage pre-approved</w:t>
            </w:r>
            <w:r>
              <w:t xml:space="preserve"> </w:t>
            </w:r>
          </w:p>
        </w:tc>
      </w:tr>
    </w:tbl>
    <w:p w14:paraId="079B67CD" w14:textId="5D0570FA" w:rsidR="004469F6" w:rsidRDefault="00BF3E9C" w:rsidP="004054D6">
      <w:pPr>
        <w:ind w:right="-47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1A83A5" wp14:editId="3A0F380A">
                <wp:simplePos x="0" y="0"/>
                <wp:positionH relativeFrom="column">
                  <wp:posOffset>-140335</wp:posOffset>
                </wp:positionH>
                <wp:positionV relativeFrom="paragraph">
                  <wp:posOffset>69850</wp:posOffset>
                </wp:positionV>
                <wp:extent cx="6524625" cy="76200"/>
                <wp:effectExtent l="38100" t="38100" r="66675" b="95250"/>
                <wp:wrapNone/>
                <wp:docPr id="1540176467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24625" cy="762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44DFE9" id="Conector recto 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05pt,5.5pt" to="502.7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" strokecolor="#0070c0" strokeweight="2pt">
                <v:shadow on="t" color="black" opacity="24903f" origin=",.5" offset="0,.55556mm"/>
              </v:line>
            </w:pict>
          </mc:Fallback>
        </mc:AlternateContent>
      </w:r>
    </w:p>
    <w:tbl>
      <w:tblPr>
        <w:tblStyle w:val="Tablaconcuadrcula"/>
        <w:tblW w:w="10345" w:type="dxa"/>
        <w:tblLook w:val="04A0" w:firstRow="1" w:lastRow="0" w:firstColumn="1" w:lastColumn="0" w:noHBand="0" w:noVBand="1"/>
      </w:tblPr>
      <w:tblGrid>
        <w:gridCol w:w="5778"/>
        <w:gridCol w:w="4567"/>
      </w:tblGrid>
      <w:tr w:rsidR="004469F6" w14:paraId="588F1B9B" w14:textId="77777777" w:rsidTr="003D5C9D">
        <w:trPr>
          <w:trHeight w:val="300"/>
        </w:trPr>
        <w:tc>
          <w:tcPr>
            <w:tcW w:w="5778" w:type="dxa"/>
            <w:tcBorders>
              <w:right w:val="nil"/>
            </w:tcBorders>
          </w:tcPr>
          <w:p w14:paraId="6FE9E40F" w14:textId="3907CEC5" w:rsidR="004469F6" w:rsidRDefault="004469F6" w:rsidP="003D5C9D">
            <w:r>
              <w:t>Name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7ADF0350" w14:textId="77777777" w:rsidR="004469F6" w:rsidRPr="00E15D6F" w:rsidRDefault="004469F6" w:rsidP="003D5C9D">
            <w:pPr>
              <w:rPr>
                <w:b/>
                <w:bCs/>
              </w:rPr>
            </w:pPr>
            <w:r w:rsidRPr="00E15D6F">
              <w:rPr>
                <w:b/>
                <w:bCs/>
              </w:rPr>
              <w:t xml:space="preserve">Real Estate Needs: </w:t>
            </w:r>
          </w:p>
        </w:tc>
      </w:tr>
      <w:tr w:rsidR="004469F6" w14:paraId="6E56DEB0" w14:textId="77777777" w:rsidTr="003D5C9D">
        <w:trPr>
          <w:trHeight w:val="300"/>
        </w:trPr>
        <w:tc>
          <w:tcPr>
            <w:tcW w:w="5778" w:type="dxa"/>
            <w:tcBorders>
              <w:right w:val="nil"/>
            </w:tcBorders>
          </w:tcPr>
          <w:p w14:paraId="0522F9C8" w14:textId="6644A47C" w:rsidR="004469F6" w:rsidRDefault="004469F6" w:rsidP="003D5C9D">
            <w:r>
              <w:t>Email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29D5136C" w14:textId="77777777" w:rsidR="004469F6" w:rsidRDefault="004469F6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B33C195" wp14:editId="1B9646D9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29845</wp:posOffset>
                      </wp:positionV>
                      <wp:extent cx="152400" cy="123825"/>
                      <wp:effectExtent l="57150" t="19050" r="76200" b="104775"/>
                      <wp:wrapNone/>
                      <wp:docPr id="1592792998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754C9C" id="Rectángulo 2" o:spid="_x0000_s1026" style="position:absolute;margin-left:65.65pt;margin-top:2.35pt;width:12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t xml:space="preserve">Just looking  </w:t>
            </w:r>
          </w:p>
        </w:tc>
      </w:tr>
      <w:tr w:rsidR="004469F6" w14:paraId="2FF4D4AC" w14:textId="77777777" w:rsidTr="003D5C9D">
        <w:trPr>
          <w:trHeight w:val="300"/>
        </w:trPr>
        <w:tc>
          <w:tcPr>
            <w:tcW w:w="5778" w:type="dxa"/>
            <w:tcBorders>
              <w:bottom w:val="single" w:sz="4" w:space="0" w:color="auto"/>
              <w:right w:val="nil"/>
            </w:tcBorders>
          </w:tcPr>
          <w:p w14:paraId="15A9F895" w14:textId="783DF071" w:rsidR="004469F6" w:rsidRDefault="004469F6" w:rsidP="003D5C9D">
            <w:r>
              <w:t>Phone Number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34B21C4F" w14:textId="77777777" w:rsidR="004469F6" w:rsidRDefault="004469F6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F28C4E0" wp14:editId="0A15C19C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33020</wp:posOffset>
                      </wp:positionV>
                      <wp:extent cx="152400" cy="123825"/>
                      <wp:effectExtent l="57150" t="19050" r="76200" b="104775"/>
                      <wp:wrapNone/>
                      <wp:docPr id="883827270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B918AD" id="Rectángulo 2" o:spid="_x0000_s1026" style="position:absolute;margin-left:83.65pt;margin-top:2.6pt;width:12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t xml:space="preserve">Need to buy now </w:t>
            </w:r>
          </w:p>
        </w:tc>
      </w:tr>
      <w:tr w:rsidR="004469F6" w14:paraId="75B27501" w14:textId="77777777" w:rsidTr="003D5C9D">
        <w:trPr>
          <w:trHeight w:val="317"/>
        </w:trPr>
        <w:tc>
          <w:tcPr>
            <w:tcW w:w="5778" w:type="dxa"/>
            <w:tcBorders>
              <w:bottom w:val="single" w:sz="4" w:space="0" w:color="auto"/>
              <w:right w:val="nil"/>
            </w:tcBorders>
          </w:tcPr>
          <w:p w14:paraId="5E8F9962" w14:textId="072FE780" w:rsidR="004469F6" w:rsidRDefault="004469F6" w:rsidP="003D5C9D">
            <w:r>
              <w:t xml:space="preserve">Are you working with a realtor?            </w:t>
            </w:r>
            <w:r w:rsidRPr="004054D6">
              <w:rPr>
                <w:bdr w:val="single" w:sz="4" w:space="0" w:color="auto"/>
              </w:rPr>
              <w:t>Yes | No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45FC28B5" w14:textId="77777777" w:rsidR="004469F6" w:rsidRDefault="004469F6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FB13770" wp14:editId="4CA8C59D">
                      <wp:simplePos x="0" y="0"/>
                      <wp:positionH relativeFrom="column">
                        <wp:posOffset>1557655</wp:posOffset>
                      </wp:positionH>
                      <wp:positionV relativeFrom="paragraph">
                        <wp:posOffset>36195</wp:posOffset>
                      </wp:positionV>
                      <wp:extent cx="152400" cy="123825"/>
                      <wp:effectExtent l="57150" t="19050" r="76200" b="104775"/>
                      <wp:wrapNone/>
                      <wp:docPr id="1059622633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0F222D" id="Rectángulo 2" o:spid="_x0000_s1026" style="position:absolute;margin-left:122.65pt;margin-top:2.85pt;width:12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 w:rsidRPr="004054D6">
              <w:t>Plan to buy within a year</w:t>
            </w:r>
            <w:r>
              <w:t xml:space="preserve"> </w:t>
            </w:r>
          </w:p>
        </w:tc>
      </w:tr>
      <w:tr w:rsidR="004469F6" w14:paraId="5E21A13E" w14:textId="77777777" w:rsidTr="003D5C9D">
        <w:trPr>
          <w:trHeight w:val="282"/>
        </w:trPr>
        <w:tc>
          <w:tcPr>
            <w:tcW w:w="5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66562F" w14:textId="77777777" w:rsidR="008F46EF" w:rsidRDefault="008F46EF" w:rsidP="008F46EF">
            <w:pPr>
              <w:rPr>
                <w:b/>
                <w:bCs/>
              </w:rPr>
            </w:pPr>
            <w:r w:rsidRPr="008F46EF">
              <w:rPr>
                <w:b/>
                <w:bCs/>
              </w:rPr>
              <w:t>Additional comments:</w:t>
            </w:r>
            <w:r>
              <w:rPr>
                <w:b/>
                <w:bCs/>
              </w:rPr>
              <w:t xml:space="preserve"> _______________________________________</w:t>
            </w:r>
          </w:p>
          <w:p w14:paraId="5A3F8B9E" w14:textId="47F016C3" w:rsidR="004469F6" w:rsidRDefault="004469F6" w:rsidP="003D5C9D"/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52DC07BC" w14:textId="77777777" w:rsidR="004469F6" w:rsidRDefault="004469F6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1B1F0AE" wp14:editId="226AF21E">
                      <wp:simplePos x="0" y="0"/>
                      <wp:positionH relativeFrom="column">
                        <wp:posOffset>1500505</wp:posOffset>
                      </wp:positionH>
                      <wp:positionV relativeFrom="paragraph">
                        <wp:posOffset>28575</wp:posOffset>
                      </wp:positionV>
                      <wp:extent cx="152400" cy="123825"/>
                      <wp:effectExtent l="57150" t="19050" r="76200" b="104775"/>
                      <wp:wrapNone/>
                      <wp:docPr id="143532814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1AA183" id="Rectángulo 2" o:spid="_x0000_s1026" style="position:absolute;margin-left:118.15pt;margin-top:2.25pt;width:12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t xml:space="preserve">Mortgage pre-approved </w:t>
            </w:r>
          </w:p>
        </w:tc>
      </w:tr>
    </w:tbl>
    <w:p w14:paraId="0C9ED7DA" w14:textId="2921D5A6" w:rsidR="00466186" w:rsidRDefault="00BF3E9C" w:rsidP="004054D6">
      <w:pPr>
        <w:ind w:right="-47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6B82BEF" wp14:editId="35ECB16E">
                <wp:simplePos x="0" y="0"/>
                <wp:positionH relativeFrom="column">
                  <wp:posOffset>-73660</wp:posOffset>
                </wp:positionH>
                <wp:positionV relativeFrom="paragraph">
                  <wp:posOffset>48260</wp:posOffset>
                </wp:positionV>
                <wp:extent cx="6524625" cy="76200"/>
                <wp:effectExtent l="38100" t="38100" r="66675" b="95250"/>
                <wp:wrapNone/>
                <wp:docPr id="895407708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24625" cy="762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A29273" id="Conector recto 3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3.8pt" to="507.9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" strokecolor="#0070c0" strokeweight="2pt">
                <v:shadow on="t" color="black" opacity="24903f" origin=",.5" offset="0,.55556mm"/>
              </v:line>
            </w:pict>
          </mc:Fallback>
        </mc:AlternateContent>
      </w:r>
    </w:p>
    <w:tbl>
      <w:tblPr>
        <w:tblStyle w:val="Tablaconcuadrcula"/>
        <w:tblW w:w="10345" w:type="dxa"/>
        <w:tblLook w:val="04A0" w:firstRow="1" w:lastRow="0" w:firstColumn="1" w:lastColumn="0" w:noHBand="0" w:noVBand="1"/>
      </w:tblPr>
      <w:tblGrid>
        <w:gridCol w:w="5778"/>
        <w:gridCol w:w="4567"/>
      </w:tblGrid>
      <w:tr w:rsidR="00BF3E9C" w14:paraId="5500A3B9" w14:textId="77777777" w:rsidTr="003D5C9D">
        <w:trPr>
          <w:trHeight w:val="300"/>
        </w:trPr>
        <w:tc>
          <w:tcPr>
            <w:tcW w:w="5778" w:type="dxa"/>
            <w:tcBorders>
              <w:right w:val="nil"/>
            </w:tcBorders>
          </w:tcPr>
          <w:p w14:paraId="7DF16C7B" w14:textId="77777777" w:rsidR="00BF3E9C" w:rsidRDefault="00BF3E9C" w:rsidP="003D5C9D">
            <w:r>
              <w:t>Name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31DBB6CD" w14:textId="77777777" w:rsidR="00BF3E9C" w:rsidRPr="00E15D6F" w:rsidRDefault="00BF3E9C" w:rsidP="003D5C9D">
            <w:pPr>
              <w:rPr>
                <w:b/>
                <w:bCs/>
              </w:rPr>
            </w:pPr>
            <w:r w:rsidRPr="00E15D6F">
              <w:rPr>
                <w:b/>
                <w:bCs/>
              </w:rPr>
              <w:t xml:space="preserve">Real Estate Needs: </w:t>
            </w:r>
          </w:p>
        </w:tc>
      </w:tr>
      <w:tr w:rsidR="00BF3E9C" w14:paraId="70CA8B18" w14:textId="77777777" w:rsidTr="003D5C9D">
        <w:trPr>
          <w:trHeight w:val="300"/>
        </w:trPr>
        <w:tc>
          <w:tcPr>
            <w:tcW w:w="5778" w:type="dxa"/>
            <w:tcBorders>
              <w:right w:val="nil"/>
            </w:tcBorders>
          </w:tcPr>
          <w:p w14:paraId="1495D477" w14:textId="77777777" w:rsidR="00BF3E9C" w:rsidRDefault="00BF3E9C" w:rsidP="003D5C9D">
            <w:r>
              <w:t>Email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53048E0E" w14:textId="77777777" w:rsidR="00BF3E9C" w:rsidRDefault="00BF3E9C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3E0B639" wp14:editId="7EBB7EA5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29845</wp:posOffset>
                      </wp:positionV>
                      <wp:extent cx="152400" cy="123825"/>
                      <wp:effectExtent l="57150" t="19050" r="76200" b="104775"/>
                      <wp:wrapNone/>
                      <wp:docPr id="1466665607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8439C1" id="Rectángulo 2" o:spid="_x0000_s1026" style="position:absolute;margin-left:65.65pt;margin-top:2.35pt;width:12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t xml:space="preserve">Just looking  </w:t>
            </w:r>
          </w:p>
        </w:tc>
      </w:tr>
      <w:tr w:rsidR="00BF3E9C" w14:paraId="1C1A05FC" w14:textId="77777777" w:rsidTr="003D5C9D">
        <w:trPr>
          <w:trHeight w:val="300"/>
        </w:trPr>
        <w:tc>
          <w:tcPr>
            <w:tcW w:w="5778" w:type="dxa"/>
            <w:tcBorders>
              <w:bottom w:val="single" w:sz="4" w:space="0" w:color="auto"/>
              <w:right w:val="nil"/>
            </w:tcBorders>
          </w:tcPr>
          <w:p w14:paraId="25471A05" w14:textId="77777777" w:rsidR="00BF3E9C" w:rsidRDefault="00BF3E9C" w:rsidP="003D5C9D">
            <w:r>
              <w:t>Phone Number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33BE06DC" w14:textId="77777777" w:rsidR="00BF3E9C" w:rsidRDefault="00BF3E9C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9F68D41" wp14:editId="0295E6A3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33020</wp:posOffset>
                      </wp:positionV>
                      <wp:extent cx="152400" cy="123825"/>
                      <wp:effectExtent l="57150" t="19050" r="76200" b="104775"/>
                      <wp:wrapNone/>
                      <wp:docPr id="1099526591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5F3357" id="Rectángulo 2" o:spid="_x0000_s1026" style="position:absolute;margin-left:83.65pt;margin-top:2.6pt;width:12pt;height:9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t xml:space="preserve">Need to buy now </w:t>
            </w:r>
          </w:p>
        </w:tc>
      </w:tr>
      <w:tr w:rsidR="00BF3E9C" w14:paraId="35F6933D" w14:textId="77777777" w:rsidTr="003D5C9D">
        <w:trPr>
          <w:trHeight w:val="317"/>
        </w:trPr>
        <w:tc>
          <w:tcPr>
            <w:tcW w:w="5778" w:type="dxa"/>
            <w:tcBorders>
              <w:bottom w:val="single" w:sz="4" w:space="0" w:color="auto"/>
              <w:right w:val="nil"/>
            </w:tcBorders>
          </w:tcPr>
          <w:p w14:paraId="2D6442C7" w14:textId="77777777" w:rsidR="00BF3E9C" w:rsidRDefault="00BF3E9C" w:rsidP="003D5C9D">
            <w:r>
              <w:t xml:space="preserve">Are you working with a realtor?            </w:t>
            </w:r>
            <w:r w:rsidRPr="004054D6">
              <w:rPr>
                <w:bdr w:val="single" w:sz="4" w:space="0" w:color="auto"/>
              </w:rPr>
              <w:t>Yes | No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7A62A8E7" w14:textId="77777777" w:rsidR="00BF3E9C" w:rsidRDefault="00BF3E9C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BBD9D9B" wp14:editId="44542B76">
                      <wp:simplePos x="0" y="0"/>
                      <wp:positionH relativeFrom="column">
                        <wp:posOffset>1557655</wp:posOffset>
                      </wp:positionH>
                      <wp:positionV relativeFrom="paragraph">
                        <wp:posOffset>36195</wp:posOffset>
                      </wp:positionV>
                      <wp:extent cx="152400" cy="123825"/>
                      <wp:effectExtent l="57150" t="19050" r="76200" b="104775"/>
                      <wp:wrapNone/>
                      <wp:docPr id="196974831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4C7E24" id="Rectángulo 2" o:spid="_x0000_s1026" style="position:absolute;margin-left:122.65pt;margin-top:2.85pt;width:12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 w:rsidRPr="004054D6">
              <w:t>Plan to buy within a year</w:t>
            </w:r>
            <w:r>
              <w:t xml:space="preserve"> </w:t>
            </w:r>
          </w:p>
        </w:tc>
      </w:tr>
      <w:tr w:rsidR="00BF3E9C" w14:paraId="247B2900" w14:textId="77777777" w:rsidTr="003D5C9D">
        <w:trPr>
          <w:trHeight w:val="282"/>
        </w:trPr>
        <w:tc>
          <w:tcPr>
            <w:tcW w:w="5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051F8B" w14:textId="77777777" w:rsidR="008F46EF" w:rsidRDefault="008F46EF" w:rsidP="008F46EF">
            <w:pPr>
              <w:rPr>
                <w:b/>
                <w:bCs/>
              </w:rPr>
            </w:pPr>
            <w:r w:rsidRPr="008F46EF">
              <w:rPr>
                <w:b/>
                <w:bCs/>
              </w:rPr>
              <w:t>Additional comments:</w:t>
            </w:r>
            <w:r>
              <w:rPr>
                <w:b/>
                <w:bCs/>
              </w:rPr>
              <w:t xml:space="preserve"> _______________________________________</w:t>
            </w:r>
          </w:p>
          <w:p w14:paraId="4F7B6599" w14:textId="77777777" w:rsidR="00BF3E9C" w:rsidRDefault="00BF3E9C" w:rsidP="003D5C9D"/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4BF581A3" w14:textId="77777777" w:rsidR="00BF3E9C" w:rsidRDefault="00BF3E9C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C142AC7" wp14:editId="5CB9F71F">
                      <wp:simplePos x="0" y="0"/>
                      <wp:positionH relativeFrom="column">
                        <wp:posOffset>1500505</wp:posOffset>
                      </wp:positionH>
                      <wp:positionV relativeFrom="paragraph">
                        <wp:posOffset>28575</wp:posOffset>
                      </wp:positionV>
                      <wp:extent cx="152400" cy="123825"/>
                      <wp:effectExtent l="57150" t="19050" r="76200" b="104775"/>
                      <wp:wrapNone/>
                      <wp:docPr id="1136143561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2DE3C6" id="Rectángulo 2" o:spid="_x0000_s1026" style="position:absolute;margin-left:118.15pt;margin-top:2.25pt;width:12pt;height:9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t xml:space="preserve">Mortgage pre-approved </w:t>
            </w:r>
          </w:p>
        </w:tc>
      </w:tr>
    </w:tbl>
    <w:p w14:paraId="46DD2833" w14:textId="1BCAB10D" w:rsidR="004469F6" w:rsidRDefault="00BF3E9C" w:rsidP="004054D6">
      <w:pPr>
        <w:ind w:right="-47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FE6E6A0" wp14:editId="64563648">
                <wp:simplePos x="0" y="0"/>
                <wp:positionH relativeFrom="column">
                  <wp:posOffset>-57150</wp:posOffset>
                </wp:positionH>
                <wp:positionV relativeFrom="paragraph">
                  <wp:posOffset>46990</wp:posOffset>
                </wp:positionV>
                <wp:extent cx="6524625" cy="76200"/>
                <wp:effectExtent l="38100" t="38100" r="66675" b="95250"/>
                <wp:wrapNone/>
                <wp:docPr id="1183297071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24625" cy="762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913967" id="Conector recto 3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pt,3.7pt" to="509.2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" strokecolor="#0070c0" strokeweight="2pt">
                <v:shadow on="t" color="black" opacity="24903f" origin=",.5" offset="0,.55556mm"/>
              </v:line>
            </w:pict>
          </mc:Fallback>
        </mc:AlternateContent>
      </w:r>
    </w:p>
    <w:tbl>
      <w:tblPr>
        <w:tblStyle w:val="Tablaconcuadrcula"/>
        <w:tblW w:w="10345" w:type="dxa"/>
        <w:tblLook w:val="04A0" w:firstRow="1" w:lastRow="0" w:firstColumn="1" w:lastColumn="0" w:noHBand="0" w:noVBand="1"/>
      </w:tblPr>
      <w:tblGrid>
        <w:gridCol w:w="5778"/>
        <w:gridCol w:w="4567"/>
      </w:tblGrid>
      <w:tr w:rsidR="00BF3E9C" w14:paraId="013052D1" w14:textId="77777777" w:rsidTr="003D5C9D">
        <w:trPr>
          <w:trHeight w:val="300"/>
        </w:trPr>
        <w:tc>
          <w:tcPr>
            <w:tcW w:w="5778" w:type="dxa"/>
            <w:tcBorders>
              <w:right w:val="nil"/>
            </w:tcBorders>
          </w:tcPr>
          <w:p w14:paraId="2A013B7B" w14:textId="6E616B15" w:rsidR="00BF3E9C" w:rsidRDefault="00BF3E9C" w:rsidP="003D5C9D">
            <w:r>
              <w:t>Name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0C53AD69" w14:textId="77777777" w:rsidR="00BF3E9C" w:rsidRPr="00E15D6F" w:rsidRDefault="00BF3E9C" w:rsidP="003D5C9D">
            <w:pPr>
              <w:rPr>
                <w:b/>
                <w:bCs/>
              </w:rPr>
            </w:pPr>
            <w:r w:rsidRPr="00E15D6F">
              <w:rPr>
                <w:b/>
                <w:bCs/>
              </w:rPr>
              <w:t xml:space="preserve">Real Estate Needs: </w:t>
            </w:r>
          </w:p>
        </w:tc>
      </w:tr>
      <w:tr w:rsidR="00BF3E9C" w14:paraId="247285BF" w14:textId="77777777" w:rsidTr="003D5C9D">
        <w:trPr>
          <w:trHeight w:val="300"/>
        </w:trPr>
        <w:tc>
          <w:tcPr>
            <w:tcW w:w="5778" w:type="dxa"/>
            <w:tcBorders>
              <w:right w:val="nil"/>
            </w:tcBorders>
          </w:tcPr>
          <w:p w14:paraId="35E5BBD9" w14:textId="4D8A9198" w:rsidR="00BF3E9C" w:rsidRDefault="00BF3E9C" w:rsidP="003D5C9D">
            <w:r>
              <w:t>Email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496435D8" w14:textId="77777777" w:rsidR="00BF3E9C" w:rsidRDefault="00BF3E9C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3F0C042" wp14:editId="260C8383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29845</wp:posOffset>
                      </wp:positionV>
                      <wp:extent cx="152400" cy="123825"/>
                      <wp:effectExtent l="57150" t="19050" r="76200" b="104775"/>
                      <wp:wrapNone/>
                      <wp:docPr id="1735885485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B19B13" id="Rectángulo 2" o:spid="_x0000_s1026" style="position:absolute;margin-left:65.65pt;margin-top:2.35pt;width:12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t xml:space="preserve">Just looking  </w:t>
            </w:r>
          </w:p>
        </w:tc>
      </w:tr>
      <w:tr w:rsidR="00BF3E9C" w14:paraId="4EC853CD" w14:textId="77777777" w:rsidTr="003D5C9D">
        <w:trPr>
          <w:trHeight w:val="300"/>
        </w:trPr>
        <w:tc>
          <w:tcPr>
            <w:tcW w:w="5778" w:type="dxa"/>
            <w:tcBorders>
              <w:bottom w:val="single" w:sz="4" w:space="0" w:color="auto"/>
              <w:right w:val="nil"/>
            </w:tcBorders>
          </w:tcPr>
          <w:p w14:paraId="5881C7E7" w14:textId="0FA05963" w:rsidR="00BF3E9C" w:rsidRDefault="00BF3E9C" w:rsidP="003D5C9D">
            <w:r>
              <w:t>Phone Number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05DEC8C1" w14:textId="77777777" w:rsidR="00BF3E9C" w:rsidRDefault="00BF3E9C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91E02C5" wp14:editId="1F5D12AA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33020</wp:posOffset>
                      </wp:positionV>
                      <wp:extent cx="152400" cy="123825"/>
                      <wp:effectExtent l="57150" t="19050" r="76200" b="104775"/>
                      <wp:wrapNone/>
                      <wp:docPr id="337567746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02436F" id="Rectángulo 2" o:spid="_x0000_s1026" style="position:absolute;margin-left:83.65pt;margin-top:2.6pt;width:12pt;height: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t xml:space="preserve">Need to buy now </w:t>
            </w:r>
          </w:p>
        </w:tc>
      </w:tr>
      <w:tr w:rsidR="00BF3E9C" w14:paraId="0710AA9B" w14:textId="77777777" w:rsidTr="003D5C9D">
        <w:trPr>
          <w:trHeight w:val="317"/>
        </w:trPr>
        <w:tc>
          <w:tcPr>
            <w:tcW w:w="5778" w:type="dxa"/>
            <w:tcBorders>
              <w:bottom w:val="single" w:sz="4" w:space="0" w:color="auto"/>
              <w:right w:val="nil"/>
            </w:tcBorders>
          </w:tcPr>
          <w:p w14:paraId="7643C872" w14:textId="2673E1D3" w:rsidR="00BF3E9C" w:rsidRDefault="00BF3E9C" w:rsidP="003D5C9D">
            <w:r>
              <w:t xml:space="preserve">Are you working with a realtor?            </w:t>
            </w:r>
            <w:r w:rsidRPr="004054D6">
              <w:rPr>
                <w:bdr w:val="single" w:sz="4" w:space="0" w:color="auto"/>
              </w:rPr>
              <w:t>Yes | No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216DA99D" w14:textId="77777777" w:rsidR="00BF3E9C" w:rsidRDefault="00BF3E9C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0A1C817" wp14:editId="69860D5E">
                      <wp:simplePos x="0" y="0"/>
                      <wp:positionH relativeFrom="column">
                        <wp:posOffset>1557655</wp:posOffset>
                      </wp:positionH>
                      <wp:positionV relativeFrom="paragraph">
                        <wp:posOffset>36195</wp:posOffset>
                      </wp:positionV>
                      <wp:extent cx="152400" cy="123825"/>
                      <wp:effectExtent l="57150" t="19050" r="76200" b="104775"/>
                      <wp:wrapNone/>
                      <wp:docPr id="12337738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87673D" id="Rectángulo 2" o:spid="_x0000_s1026" style="position:absolute;margin-left:122.65pt;margin-top:2.85pt;width:12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 w:rsidRPr="004054D6">
              <w:t>Plan to buy within a year</w:t>
            </w:r>
            <w:r>
              <w:t xml:space="preserve"> </w:t>
            </w:r>
          </w:p>
        </w:tc>
      </w:tr>
      <w:tr w:rsidR="00BF3E9C" w14:paraId="7B360F2A" w14:textId="77777777" w:rsidTr="003D5C9D">
        <w:trPr>
          <w:trHeight w:val="282"/>
        </w:trPr>
        <w:tc>
          <w:tcPr>
            <w:tcW w:w="5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97E280" w14:textId="77777777" w:rsidR="008F46EF" w:rsidRDefault="008F46EF" w:rsidP="008F46EF">
            <w:pPr>
              <w:rPr>
                <w:b/>
                <w:bCs/>
              </w:rPr>
            </w:pPr>
            <w:r w:rsidRPr="008F46EF">
              <w:rPr>
                <w:b/>
                <w:bCs/>
              </w:rPr>
              <w:t>Additional comments:</w:t>
            </w:r>
            <w:r>
              <w:rPr>
                <w:b/>
                <w:bCs/>
              </w:rPr>
              <w:t xml:space="preserve"> _______________________________________</w:t>
            </w:r>
          </w:p>
          <w:p w14:paraId="256DA320" w14:textId="6FFCBA4B" w:rsidR="00BF3E9C" w:rsidRDefault="00BF3E9C" w:rsidP="003D5C9D"/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7A17B98B" w14:textId="77777777" w:rsidR="00BF3E9C" w:rsidRDefault="00BF3E9C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6BBC862" wp14:editId="42B0F5F3">
                      <wp:simplePos x="0" y="0"/>
                      <wp:positionH relativeFrom="column">
                        <wp:posOffset>1500505</wp:posOffset>
                      </wp:positionH>
                      <wp:positionV relativeFrom="paragraph">
                        <wp:posOffset>28575</wp:posOffset>
                      </wp:positionV>
                      <wp:extent cx="152400" cy="123825"/>
                      <wp:effectExtent l="57150" t="19050" r="76200" b="104775"/>
                      <wp:wrapNone/>
                      <wp:docPr id="1051505631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583BA7" id="Rectángulo 2" o:spid="_x0000_s1026" style="position:absolute;margin-left:118.15pt;margin-top:2.25pt;width:12pt;height:9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t xml:space="preserve">Mortgage pre-approved </w:t>
            </w:r>
          </w:p>
        </w:tc>
      </w:tr>
    </w:tbl>
    <w:p w14:paraId="330D8DAF" w14:textId="5E8AE25A" w:rsidR="00BF3E9C" w:rsidRDefault="00BF3E9C" w:rsidP="004054D6">
      <w:pPr>
        <w:ind w:right="-47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4EAB150" wp14:editId="44CD564E">
                <wp:simplePos x="0" y="0"/>
                <wp:positionH relativeFrom="column">
                  <wp:posOffset>-102235</wp:posOffset>
                </wp:positionH>
                <wp:positionV relativeFrom="paragraph">
                  <wp:posOffset>86360</wp:posOffset>
                </wp:positionV>
                <wp:extent cx="6524625" cy="76200"/>
                <wp:effectExtent l="38100" t="38100" r="66675" b="95250"/>
                <wp:wrapNone/>
                <wp:docPr id="530844832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24625" cy="762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2DDFDC" id="Conector recto 3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05pt,6.8pt" to="505.7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" strokecolor="#0070c0" strokeweight="2pt">
                <v:shadow on="t" color="black" opacity="24903f" origin=",.5" offset="0,.55556mm"/>
              </v:line>
            </w:pict>
          </mc:Fallback>
        </mc:AlternateContent>
      </w:r>
    </w:p>
    <w:tbl>
      <w:tblPr>
        <w:tblStyle w:val="Tablaconcuadrcula"/>
        <w:tblW w:w="10345" w:type="dxa"/>
        <w:tblLook w:val="04A0" w:firstRow="1" w:lastRow="0" w:firstColumn="1" w:lastColumn="0" w:noHBand="0" w:noVBand="1"/>
      </w:tblPr>
      <w:tblGrid>
        <w:gridCol w:w="5778"/>
        <w:gridCol w:w="4567"/>
      </w:tblGrid>
      <w:tr w:rsidR="00BF3E9C" w14:paraId="6622038F" w14:textId="77777777" w:rsidTr="003D5C9D">
        <w:trPr>
          <w:trHeight w:val="300"/>
        </w:trPr>
        <w:tc>
          <w:tcPr>
            <w:tcW w:w="5778" w:type="dxa"/>
            <w:tcBorders>
              <w:right w:val="nil"/>
            </w:tcBorders>
          </w:tcPr>
          <w:p w14:paraId="1FE78FEF" w14:textId="19A4E981" w:rsidR="00BF3E9C" w:rsidRDefault="00BF3E9C" w:rsidP="003D5C9D">
            <w:r>
              <w:t>Name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118994E6" w14:textId="77777777" w:rsidR="00BF3E9C" w:rsidRPr="00E15D6F" w:rsidRDefault="00BF3E9C" w:rsidP="003D5C9D">
            <w:pPr>
              <w:rPr>
                <w:b/>
                <w:bCs/>
              </w:rPr>
            </w:pPr>
            <w:r w:rsidRPr="00E15D6F">
              <w:rPr>
                <w:b/>
                <w:bCs/>
              </w:rPr>
              <w:t xml:space="preserve">Real Estate Needs: </w:t>
            </w:r>
          </w:p>
        </w:tc>
      </w:tr>
      <w:tr w:rsidR="00BF3E9C" w14:paraId="42DAFE51" w14:textId="77777777" w:rsidTr="003D5C9D">
        <w:trPr>
          <w:trHeight w:val="300"/>
        </w:trPr>
        <w:tc>
          <w:tcPr>
            <w:tcW w:w="5778" w:type="dxa"/>
            <w:tcBorders>
              <w:right w:val="nil"/>
            </w:tcBorders>
          </w:tcPr>
          <w:p w14:paraId="41EF7425" w14:textId="77777777" w:rsidR="00BF3E9C" w:rsidRDefault="00BF3E9C" w:rsidP="003D5C9D">
            <w:r>
              <w:t>Email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1A477833" w14:textId="77777777" w:rsidR="00BF3E9C" w:rsidRDefault="00BF3E9C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756ACE8" wp14:editId="233405BE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29845</wp:posOffset>
                      </wp:positionV>
                      <wp:extent cx="152400" cy="123825"/>
                      <wp:effectExtent l="57150" t="19050" r="76200" b="104775"/>
                      <wp:wrapNone/>
                      <wp:docPr id="485580743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C5F27C" id="Rectángulo 2" o:spid="_x0000_s1026" style="position:absolute;margin-left:65.65pt;margin-top:2.35pt;width:12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t xml:space="preserve">Just looking  </w:t>
            </w:r>
          </w:p>
        </w:tc>
      </w:tr>
      <w:tr w:rsidR="00BF3E9C" w14:paraId="02B78A5A" w14:textId="77777777" w:rsidTr="003D5C9D">
        <w:trPr>
          <w:trHeight w:val="300"/>
        </w:trPr>
        <w:tc>
          <w:tcPr>
            <w:tcW w:w="5778" w:type="dxa"/>
            <w:tcBorders>
              <w:bottom w:val="single" w:sz="4" w:space="0" w:color="auto"/>
              <w:right w:val="nil"/>
            </w:tcBorders>
          </w:tcPr>
          <w:p w14:paraId="665B2F55" w14:textId="6C3F3ABB" w:rsidR="00BF3E9C" w:rsidRDefault="00BF3E9C" w:rsidP="003D5C9D">
            <w:r>
              <w:t>Phone Number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5333BBC6" w14:textId="77777777" w:rsidR="00BF3E9C" w:rsidRDefault="00BF3E9C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DCD0C1D" wp14:editId="5E566FF4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33020</wp:posOffset>
                      </wp:positionV>
                      <wp:extent cx="152400" cy="123825"/>
                      <wp:effectExtent l="57150" t="19050" r="76200" b="104775"/>
                      <wp:wrapNone/>
                      <wp:docPr id="198675119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F7EEBE" id="Rectángulo 2" o:spid="_x0000_s1026" style="position:absolute;margin-left:83.65pt;margin-top:2.6pt;width:12pt;height:9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t xml:space="preserve">Need to buy now </w:t>
            </w:r>
          </w:p>
        </w:tc>
      </w:tr>
      <w:tr w:rsidR="00BF3E9C" w14:paraId="6735BCD8" w14:textId="77777777" w:rsidTr="003D5C9D">
        <w:trPr>
          <w:trHeight w:val="317"/>
        </w:trPr>
        <w:tc>
          <w:tcPr>
            <w:tcW w:w="5778" w:type="dxa"/>
            <w:tcBorders>
              <w:bottom w:val="single" w:sz="4" w:space="0" w:color="auto"/>
              <w:right w:val="nil"/>
            </w:tcBorders>
          </w:tcPr>
          <w:p w14:paraId="564355FE" w14:textId="4DA1CA4D" w:rsidR="00BF3E9C" w:rsidRDefault="00BF3E9C" w:rsidP="003D5C9D">
            <w:r>
              <w:t xml:space="preserve">Are you working with a realtor?            </w:t>
            </w:r>
            <w:r w:rsidRPr="004054D6">
              <w:rPr>
                <w:bdr w:val="single" w:sz="4" w:space="0" w:color="auto"/>
              </w:rPr>
              <w:t>Yes | No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7046CD0F" w14:textId="77777777" w:rsidR="00BF3E9C" w:rsidRDefault="00BF3E9C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511BF0E" wp14:editId="04DB46A5">
                      <wp:simplePos x="0" y="0"/>
                      <wp:positionH relativeFrom="column">
                        <wp:posOffset>1557655</wp:posOffset>
                      </wp:positionH>
                      <wp:positionV relativeFrom="paragraph">
                        <wp:posOffset>36195</wp:posOffset>
                      </wp:positionV>
                      <wp:extent cx="152400" cy="123825"/>
                      <wp:effectExtent l="57150" t="19050" r="76200" b="104775"/>
                      <wp:wrapNone/>
                      <wp:docPr id="536014794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E20322" id="Rectángulo 2" o:spid="_x0000_s1026" style="position:absolute;margin-left:122.65pt;margin-top:2.85pt;width:12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 w:rsidRPr="004054D6">
              <w:t>Plan to buy within a year</w:t>
            </w:r>
            <w:r>
              <w:t xml:space="preserve"> </w:t>
            </w:r>
          </w:p>
        </w:tc>
      </w:tr>
      <w:tr w:rsidR="00BF3E9C" w14:paraId="7F19441B" w14:textId="77777777" w:rsidTr="003D5C9D">
        <w:trPr>
          <w:trHeight w:val="282"/>
        </w:trPr>
        <w:tc>
          <w:tcPr>
            <w:tcW w:w="5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3E28C9" w14:textId="77777777" w:rsidR="008F46EF" w:rsidRDefault="008F46EF" w:rsidP="008F46EF">
            <w:pPr>
              <w:rPr>
                <w:b/>
                <w:bCs/>
              </w:rPr>
            </w:pPr>
            <w:r w:rsidRPr="008F46EF">
              <w:rPr>
                <w:b/>
                <w:bCs/>
              </w:rPr>
              <w:t>Additional comments:</w:t>
            </w:r>
            <w:r>
              <w:rPr>
                <w:b/>
                <w:bCs/>
              </w:rPr>
              <w:t xml:space="preserve"> _______________________________________</w:t>
            </w:r>
          </w:p>
          <w:p w14:paraId="139AA92D" w14:textId="46F0ECF4" w:rsidR="00BF3E9C" w:rsidRDefault="00BF3E9C" w:rsidP="003D5C9D"/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2F58DCBE" w14:textId="77777777" w:rsidR="00BF3E9C" w:rsidRDefault="00BF3E9C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B31D126" wp14:editId="71319B42">
                      <wp:simplePos x="0" y="0"/>
                      <wp:positionH relativeFrom="column">
                        <wp:posOffset>1500505</wp:posOffset>
                      </wp:positionH>
                      <wp:positionV relativeFrom="paragraph">
                        <wp:posOffset>28575</wp:posOffset>
                      </wp:positionV>
                      <wp:extent cx="152400" cy="123825"/>
                      <wp:effectExtent l="57150" t="19050" r="76200" b="104775"/>
                      <wp:wrapNone/>
                      <wp:docPr id="84717585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3F2488" id="Rectángulo 2" o:spid="_x0000_s1026" style="position:absolute;margin-left:118.15pt;margin-top:2.25pt;width:12pt;height:9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t xml:space="preserve">Mortgage pre-approved </w:t>
            </w:r>
          </w:p>
        </w:tc>
      </w:tr>
    </w:tbl>
    <w:p w14:paraId="2E4B7581" w14:textId="111A74A9" w:rsidR="00BF3E9C" w:rsidRDefault="00BF3E9C" w:rsidP="004054D6">
      <w:pPr>
        <w:ind w:right="-47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9083393" wp14:editId="350928A1">
                <wp:simplePos x="0" y="0"/>
                <wp:positionH relativeFrom="column">
                  <wp:posOffset>-121285</wp:posOffset>
                </wp:positionH>
                <wp:positionV relativeFrom="paragraph">
                  <wp:posOffset>45085</wp:posOffset>
                </wp:positionV>
                <wp:extent cx="6524625" cy="76200"/>
                <wp:effectExtent l="38100" t="38100" r="66675" b="95250"/>
                <wp:wrapNone/>
                <wp:docPr id="1698698555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24625" cy="762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D48D33" id="Conector recto 3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55pt,3.55pt" to="504.2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" strokecolor="#0070c0" strokeweight="2pt">
                <v:shadow on="t" color="black" opacity="24903f" origin=",.5" offset="0,.55556mm"/>
              </v:line>
            </w:pict>
          </mc:Fallback>
        </mc:AlternateContent>
      </w:r>
    </w:p>
    <w:tbl>
      <w:tblPr>
        <w:tblStyle w:val="Tablaconcuadrcula"/>
        <w:tblW w:w="10345" w:type="dxa"/>
        <w:tblLook w:val="04A0" w:firstRow="1" w:lastRow="0" w:firstColumn="1" w:lastColumn="0" w:noHBand="0" w:noVBand="1"/>
      </w:tblPr>
      <w:tblGrid>
        <w:gridCol w:w="5778"/>
        <w:gridCol w:w="4567"/>
      </w:tblGrid>
      <w:tr w:rsidR="00BF3E9C" w14:paraId="1461B81C" w14:textId="77777777" w:rsidTr="003D5C9D">
        <w:trPr>
          <w:trHeight w:val="300"/>
        </w:trPr>
        <w:tc>
          <w:tcPr>
            <w:tcW w:w="5778" w:type="dxa"/>
            <w:tcBorders>
              <w:right w:val="nil"/>
            </w:tcBorders>
          </w:tcPr>
          <w:p w14:paraId="40668643" w14:textId="77777777" w:rsidR="00BF3E9C" w:rsidRDefault="00BF3E9C" w:rsidP="003D5C9D">
            <w:r>
              <w:t>Name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383996FA" w14:textId="77777777" w:rsidR="00BF3E9C" w:rsidRPr="00E15D6F" w:rsidRDefault="00BF3E9C" w:rsidP="003D5C9D">
            <w:pPr>
              <w:rPr>
                <w:b/>
                <w:bCs/>
              </w:rPr>
            </w:pPr>
            <w:r w:rsidRPr="00E15D6F">
              <w:rPr>
                <w:b/>
                <w:bCs/>
              </w:rPr>
              <w:t xml:space="preserve">Real Estate Needs: </w:t>
            </w:r>
          </w:p>
        </w:tc>
      </w:tr>
      <w:tr w:rsidR="00BF3E9C" w14:paraId="061AFFDF" w14:textId="77777777" w:rsidTr="003D5C9D">
        <w:trPr>
          <w:trHeight w:val="300"/>
        </w:trPr>
        <w:tc>
          <w:tcPr>
            <w:tcW w:w="5778" w:type="dxa"/>
            <w:tcBorders>
              <w:right w:val="nil"/>
            </w:tcBorders>
          </w:tcPr>
          <w:p w14:paraId="03E0C1FF" w14:textId="77777777" w:rsidR="00BF3E9C" w:rsidRDefault="00BF3E9C" w:rsidP="003D5C9D">
            <w:r>
              <w:t>Email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607F1379" w14:textId="77777777" w:rsidR="00BF3E9C" w:rsidRDefault="00BF3E9C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8E3BE48" wp14:editId="74078CB2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29845</wp:posOffset>
                      </wp:positionV>
                      <wp:extent cx="152400" cy="123825"/>
                      <wp:effectExtent l="57150" t="19050" r="76200" b="104775"/>
                      <wp:wrapNone/>
                      <wp:docPr id="1725408270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83F81B" id="Rectángulo 2" o:spid="_x0000_s1026" style="position:absolute;margin-left:65.65pt;margin-top:2.35pt;width:12pt;height:9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t xml:space="preserve">Just looking  </w:t>
            </w:r>
          </w:p>
        </w:tc>
      </w:tr>
      <w:tr w:rsidR="00BF3E9C" w14:paraId="73B09841" w14:textId="77777777" w:rsidTr="003D5C9D">
        <w:trPr>
          <w:trHeight w:val="300"/>
        </w:trPr>
        <w:tc>
          <w:tcPr>
            <w:tcW w:w="5778" w:type="dxa"/>
            <w:tcBorders>
              <w:bottom w:val="single" w:sz="4" w:space="0" w:color="auto"/>
              <w:right w:val="nil"/>
            </w:tcBorders>
          </w:tcPr>
          <w:p w14:paraId="54D6CB9A" w14:textId="77777777" w:rsidR="00BF3E9C" w:rsidRDefault="00BF3E9C" w:rsidP="003D5C9D">
            <w:r>
              <w:t>Phone Number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4F4DB89F" w14:textId="77777777" w:rsidR="00BF3E9C" w:rsidRDefault="00BF3E9C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0AD7FE0" wp14:editId="7B0F8DE9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33020</wp:posOffset>
                      </wp:positionV>
                      <wp:extent cx="152400" cy="123825"/>
                      <wp:effectExtent l="57150" t="19050" r="76200" b="104775"/>
                      <wp:wrapNone/>
                      <wp:docPr id="1106660398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1D294D" id="Rectángulo 2" o:spid="_x0000_s1026" style="position:absolute;margin-left:83.65pt;margin-top:2.6pt;width:12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t xml:space="preserve">Need to buy now </w:t>
            </w:r>
          </w:p>
        </w:tc>
      </w:tr>
      <w:tr w:rsidR="00BF3E9C" w14:paraId="0C2B09F9" w14:textId="77777777" w:rsidTr="003D5C9D">
        <w:trPr>
          <w:trHeight w:val="317"/>
        </w:trPr>
        <w:tc>
          <w:tcPr>
            <w:tcW w:w="5778" w:type="dxa"/>
            <w:tcBorders>
              <w:bottom w:val="single" w:sz="4" w:space="0" w:color="auto"/>
              <w:right w:val="nil"/>
            </w:tcBorders>
          </w:tcPr>
          <w:p w14:paraId="58CDF66A" w14:textId="77777777" w:rsidR="00BF3E9C" w:rsidRDefault="00BF3E9C" w:rsidP="003D5C9D">
            <w:r>
              <w:t xml:space="preserve">Are you working with a realtor?            </w:t>
            </w:r>
            <w:r w:rsidRPr="004054D6">
              <w:rPr>
                <w:bdr w:val="single" w:sz="4" w:space="0" w:color="auto"/>
              </w:rPr>
              <w:t>Yes | No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707323A3" w14:textId="77777777" w:rsidR="00BF3E9C" w:rsidRDefault="00BF3E9C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EC4262C" wp14:editId="65F929A5">
                      <wp:simplePos x="0" y="0"/>
                      <wp:positionH relativeFrom="column">
                        <wp:posOffset>1557655</wp:posOffset>
                      </wp:positionH>
                      <wp:positionV relativeFrom="paragraph">
                        <wp:posOffset>36195</wp:posOffset>
                      </wp:positionV>
                      <wp:extent cx="152400" cy="123825"/>
                      <wp:effectExtent l="57150" t="19050" r="76200" b="104775"/>
                      <wp:wrapNone/>
                      <wp:docPr id="600147179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EE7B4C" id="Rectángulo 2" o:spid="_x0000_s1026" style="position:absolute;margin-left:122.65pt;margin-top:2.85pt;width:12pt;height:9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 w:rsidRPr="004054D6">
              <w:t>Plan to buy within a year</w:t>
            </w:r>
            <w:r>
              <w:t xml:space="preserve"> </w:t>
            </w:r>
          </w:p>
        </w:tc>
      </w:tr>
      <w:tr w:rsidR="00BF3E9C" w14:paraId="1FFBC5E6" w14:textId="77777777" w:rsidTr="003D5C9D">
        <w:trPr>
          <w:trHeight w:val="282"/>
        </w:trPr>
        <w:tc>
          <w:tcPr>
            <w:tcW w:w="5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2A3C58" w14:textId="3F01A10C" w:rsidR="00BF3E9C" w:rsidRPr="008F46EF" w:rsidRDefault="008F46EF" w:rsidP="003D5C9D">
            <w:pPr>
              <w:rPr>
                <w:b/>
                <w:bCs/>
              </w:rPr>
            </w:pPr>
            <w:r w:rsidRPr="008F46EF">
              <w:rPr>
                <w:b/>
                <w:bCs/>
              </w:rPr>
              <w:t>Additional comments:</w:t>
            </w:r>
            <w:r>
              <w:rPr>
                <w:b/>
                <w:bCs/>
              </w:rPr>
              <w:t xml:space="preserve"> _______________________________________</w:t>
            </w:r>
          </w:p>
        </w:tc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</w:tcPr>
          <w:p w14:paraId="7159E038" w14:textId="77777777" w:rsidR="00BF3E9C" w:rsidRDefault="00BF3E9C" w:rsidP="003D5C9D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2BF799B" wp14:editId="26A900E8">
                      <wp:simplePos x="0" y="0"/>
                      <wp:positionH relativeFrom="column">
                        <wp:posOffset>1500505</wp:posOffset>
                      </wp:positionH>
                      <wp:positionV relativeFrom="paragraph">
                        <wp:posOffset>28575</wp:posOffset>
                      </wp:positionV>
                      <wp:extent cx="152400" cy="123825"/>
                      <wp:effectExtent l="57150" t="19050" r="76200" b="104775"/>
                      <wp:wrapNone/>
                      <wp:docPr id="1673064414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0A257C" id="Rectángulo 2" o:spid="_x0000_s1026" style="position:absolute;margin-left:118.15pt;margin-top:2.25pt;width:12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" fillcolor="white [3212]" strokecolor="black [3213]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t xml:space="preserve">Mortgage pre-approved </w:t>
            </w:r>
          </w:p>
        </w:tc>
      </w:tr>
    </w:tbl>
    <w:p w14:paraId="226E361C" w14:textId="02C896FD" w:rsidR="004469F6" w:rsidRDefault="00C817C8" w:rsidP="008F46EF">
      <w:pPr>
        <w:ind w:right="-47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BC2FCED" wp14:editId="1F5A5AC5">
                <wp:simplePos x="0" y="0"/>
                <wp:positionH relativeFrom="column">
                  <wp:posOffset>3212465</wp:posOffset>
                </wp:positionH>
                <wp:positionV relativeFrom="paragraph">
                  <wp:posOffset>848360</wp:posOffset>
                </wp:positionV>
                <wp:extent cx="3952875" cy="257175"/>
                <wp:effectExtent l="0" t="0" r="9525" b="9525"/>
                <wp:wrapNone/>
                <wp:docPr id="680559117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875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7E40B6" w14:textId="77777777" w:rsidR="00C817C8" w:rsidRDefault="00C817C8" w:rsidP="00C817C8">
                            <w:r w:rsidRPr="00B400C4">
                              <w:t>Find more templates and models at</w:t>
                            </w:r>
                            <w:r w:rsidRPr="0083158A">
                              <w:t xml:space="preserve">: </w:t>
                            </w:r>
                            <w:hyperlink r:id="rId6" w:history="1">
                              <w:r w:rsidRPr="00277FF9">
                                <w:rPr>
                                  <w:rStyle w:val="Hipervnculo"/>
                                </w:rPr>
                                <w:t>https://documodels.com/</w:t>
                              </w:r>
                            </w:hyperlink>
                          </w:p>
                          <w:p w14:paraId="7A85285B" w14:textId="77777777" w:rsidR="00C817C8" w:rsidRDefault="00C817C8" w:rsidP="00C817C8"/>
                          <w:p w14:paraId="616A2BA2" w14:textId="77777777" w:rsidR="00C817C8" w:rsidRPr="00E70A99" w:rsidRDefault="00C817C8" w:rsidP="00C817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C2FCED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52.95pt;margin-top:66.8pt;width:311.25pt;height:20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" fillcolor="window" stroked="f" strokeweight=".5pt">
                <v:textbox>
                  <w:txbxContent>
                    <w:p w14:paraId="047E40B6" w14:textId="77777777" w:rsidR="00C817C8" w:rsidRDefault="00C817C8" w:rsidP="00C817C8">
                      <w:r w:rsidRPr="00B400C4">
                        <w:t>Find more templates and models at</w:t>
                      </w:r>
                      <w:r w:rsidRPr="0083158A">
                        <w:t xml:space="preserve">: </w:t>
                      </w:r>
                      <w:hyperlink r:id="rId7" w:history="1">
                        <w:r w:rsidRPr="00277FF9">
                          <w:rPr>
                            <w:rStyle w:val="Hipervnculo"/>
                          </w:rPr>
                          <w:t>https://documodels.com/</w:t>
                        </w:r>
                      </w:hyperlink>
                    </w:p>
                    <w:p w14:paraId="7A85285B" w14:textId="77777777" w:rsidR="00C817C8" w:rsidRDefault="00C817C8" w:rsidP="00C817C8"/>
                    <w:p w14:paraId="616A2BA2" w14:textId="77777777" w:rsidR="00C817C8" w:rsidRPr="00E70A99" w:rsidRDefault="00C817C8" w:rsidP="00C817C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9509F7" wp14:editId="3F880833">
                <wp:simplePos x="0" y="0"/>
                <wp:positionH relativeFrom="column">
                  <wp:posOffset>-1130935</wp:posOffset>
                </wp:positionH>
                <wp:positionV relativeFrom="paragraph">
                  <wp:posOffset>743585</wp:posOffset>
                </wp:positionV>
                <wp:extent cx="8639175" cy="523875"/>
                <wp:effectExtent l="57150" t="19050" r="85725" b="104775"/>
                <wp:wrapNone/>
                <wp:docPr id="161957047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9175" cy="5238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76415E" id="Rectángulo 5" o:spid="_x0000_s1026" style="position:absolute;margin-left:-89.05pt;margin-top:58.55pt;width:680.25pt;height:41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" fillcolor="#0070c0" strokecolor="#4579b8 [3044]">
                <v:shadow on="t" color="black" opacity="22937f" origin=",.5" offset="0,.63889mm"/>
              </v:rect>
            </w:pict>
          </mc:Fallback>
        </mc:AlternateContent>
      </w:r>
    </w:p>
    <w:sectPr w:rsidR="004469F6" w:rsidSect="008F46EF">
      <w:pgSz w:w="12240" w:h="15840"/>
      <w:pgMar w:top="284" w:right="1800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6702192">
    <w:abstractNumId w:val="8"/>
  </w:num>
  <w:num w:numId="2" w16cid:durableId="1995061591">
    <w:abstractNumId w:val="6"/>
  </w:num>
  <w:num w:numId="3" w16cid:durableId="752554102">
    <w:abstractNumId w:val="5"/>
  </w:num>
  <w:num w:numId="4" w16cid:durableId="247422184">
    <w:abstractNumId w:val="4"/>
  </w:num>
  <w:num w:numId="5" w16cid:durableId="2075273609">
    <w:abstractNumId w:val="7"/>
  </w:num>
  <w:num w:numId="6" w16cid:durableId="1707485344">
    <w:abstractNumId w:val="3"/>
  </w:num>
  <w:num w:numId="7" w16cid:durableId="515265162">
    <w:abstractNumId w:val="2"/>
  </w:num>
  <w:num w:numId="8" w16cid:durableId="700008620">
    <w:abstractNumId w:val="1"/>
  </w:num>
  <w:num w:numId="9" w16cid:durableId="1482500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54D6"/>
    <w:rsid w:val="004469F6"/>
    <w:rsid w:val="00466186"/>
    <w:rsid w:val="005D7177"/>
    <w:rsid w:val="008F46EF"/>
    <w:rsid w:val="00A16601"/>
    <w:rsid w:val="00AA1D8D"/>
    <w:rsid w:val="00B47730"/>
    <w:rsid w:val="00BF3E9C"/>
    <w:rsid w:val="00C817C8"/>
    <w:rsid w:val="00CB0664"/>
    <w:rsid w:val="00E15D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92BC46E"/>
  <w14:defaultImageDpi w14:val="300"/>
  <w15:docId w15:val="{0BB68E43-9D99-46FA-B7E3-B7BC49D9F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C81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cumodels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umodels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1297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Docu Models;documodels.com</dc:creator>
  <cp:keywords/>
  <dc:description>generated by python-docx</dc:description>
  <cp:lastModifiedBy>User</cp:lastModifiedBy>
  <cp:revision>2</cp:revision>
  <dcterms:created xsi:type="dcterms:W3CDTF">2025-08-08T20:15:00Z</dcterms:created>
  <dcterms:modified xsi:type="dcterms:W3CDTF">2025-08-08T20:15:00Z</dcterms:modified>
  <cp:category/>
</cp:coreProperties>
</file>